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1613"/>
        <w:gridCol w:w="8136"/>
      </w:tblGrid>
      <w:tr w:rsidR="0048574F">
        <w:trPr>
          <w:cantSplit/>
        </w:trPr>
        <w:tc>
          <w:tcPr>
            <w:tcW w:w="16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8574F" w:rsidRDefault="0048574F">
            <w:pPr>
              <w:spacing w:after="0"/>
              <w:rPr>
                <w:rFonts w:hint="eastAsia"/>
              </w:rPr>
            </w:pPr>
            <w:sdt>
              <w:sdtPr>
                <w:alias w:val="JCDMS official logo - protected"/>
                <w:id w:val="-1938554577"/>
                <w:lock w:val="sdtContentLocked"/>
              </w:sdtPr>
              <w:sdtContent>
                <w:r w:rsidR="002D419B">
                  <w:rPr>
                    <w:noProof/>
                  </w:rPr>
                  <w:drawing>
                    <wp:inline distT="0" distB="0" distL="0" distR="0">
                      <wp:extent cx="950976" cy="950976"/>
                      <wp:effectExtent l="0" t="0" r="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.png"/>
                              <pic:cNvPicPr/>
                            </pic:nvPicPr>
                            <pic:blipFill>
                              <a:blip r:embed="rId8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50976" cy="95097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  <w:tc>
          <w:tcPr>
            <w:tcW w:w="81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8574F" w:rsidRPr="00D07692" w:rsidRDefault="002D419B">
            <w:pPr>
              <w:rPr>
                <w:rFonts w:hint="eastAsia"/>
                <w:sz w:val="23"/>
              </w:rPr>
            </w:pPr>
            <w:r w:rsidRPr="00D07692">
              <w:rPr>
                <w:b/>
                <w:color w:val="0B2E6B"/>
                <w:sz w:val="32"/>
              </w:rPr>
              <w:t>JCDMS</w:t>
            </w:r>
          </w:p>
          <w:p w:rsidR="0048574F" w:rsidRPr="00D07692" w:rsidRDefault="002D419B">
            <w:pPr>
              <w:rPr>
                <w:rFonts w:hint="eastAsia"/>
                <w:sz w:val="31"/>
              </w:rPr>
            </w:pPr>
            <w:r w:rsidRPr="00D07692">
              <w:rPr>
                <w:b/>
                <w:color w:val="0B2E6B"/>
                <w:sz w:val="36"/>
              </w:rPr>
              <w:t>Journal of Clinical Dentistry and Medical Sciences</w:t>
            </w:r>
          </w:p>
          <w:p w:rsidR="0048574F" w:rsidRDefault="002D419B">
            <w:pPr>
              <w:rPr>
                <w:rFonts w:hint="eastAsia"/>
              </w:rPr>
            </w:pPr>
            <w:r>
              <w:rPr>
                <w:color w:val="0B2E6B"/>
                <w:sz w:val="18"/>
              </w:rPr>
              <w:t>Published by Dr STATS Publishers</w:t>
            </w:r>
          </w:p>
        </w:tc>
      </w:tr>
    </w:tbl>
    <w:p w:rsidR="0048574F" w:rsidRDefault="002D419B">
      <w:pPr>
        <w:pStyle w:val="Title"/>
        <w:jc w:val="center"/>
      </w:pPr>
      <w:r>
        <w:t>COPYRIGHT &amp; AUTHOR DECLARATION FORM</w:t>
      </w:r>
    </w:p>
    <w:p w:rsidR="0048574F" w:rsidRDefault="002D419B">
      <w:pPr>
        <w:jc w:val="center"/>
        <w:rPr>
          <w:rFonts w:hint="eastAsia"/>
        </w:rPr>
      </w:pPr>
      <w:r>
        <w:t xml:space="preserve">To be completed by the corresponding author on behalf of all co-authors. Complete all applicable fields and sign before </w:t>
      </w:r>
      <w:r>
        <w:t>submitting to the journal.</w:t>
      </w:r>
    </w:p>
    <w:p w:rsidR="0048574F" w:rsidRDefault="002D419B">
      <w:pPr>
        <w:pStyle w:val="Heading2"/>
      </w:pPr>
      <w:r>
        <w:t>1. Manuscript information</w:t>
      </w:r>
    </w:p>
    <w:p w:rsidR="0048574F" w:rsidRDefault="002D419B">
      <w:pPr>
        <w:rPr>
          <w:rFonts w:hint="eastAsia"/>
        </w:rPr>
      </w:pPr>
      <w:r>
        <w:rPr>
          <w:b/>
        </w:rPr>
        <w:t xml:space="preserve">Manuscript title:  </w:t>
      </w:r>
      <w:r>
        <w:t>___________________________________________________________________</w:t>
      </w:r>
    </w:p>
    <w:p w:rsidR="0048574F" w:rsidRDefault="002D419B">
      <w:pPr>
        <w:rPr>
          <w:rFonts w:hint="eastAsia"/>
        </w:rPr>
      </w:pPr>
      <w:r>
        <w:rPr>
          <w:b/>
        </w:rPr>
        <w:t xml:space="preserve">Article type:  </w:t>
      </w:r>
      <w:r>
        <w:t>___________________________________________________________________</w:t>
      </w:r>
    </w:p>
    <w:p w:rsidR="0048574F" w:rsidRDefault="002D419B">
      <w:pPr>
        <w:rPr>
          <w:rFonts w:hint="eastAsia"/>
        </w:rPr>
      </w:pPr>
      <w:r>
        <w:rPr>
          <w:b/>
        </w:rPr>
        <w:t xml:space="preserve">Manuscript ID (if assigned):  </w:t>
      </w:r>
      <w:r>
        <w:t>___</w:t>
      </w:r>
      <w:r>
        <w:t>__________________________________________________</w:t>
      </w:r>
    </w:p>
    <w:p w:rsidR="0048574F" w:rsidRDefault="002D419B">
      <w:pPr>
        <w:rPr>
          <w:rFonts w:hint="eastAsia"/>
        </w:rPr>
      </w:pPr>
      <w:r>
        <w:rPr>
          <w:b/>
        </w:rPr>
        <w:t xml:space="preserve">Corresponding author (full name):  </w:t>
      </w:r>
      <w:r>
        <w:t>_____________________________________________________</w:t>
      </w:r>
    </w:p>
    <w:p w:rsidR="0048574F" w:rsidRDefault="002D419B">
      <w:pPr>
        <w:rPr>
          <w:rFonts w:hint="eastAsia"/>
        </w:rPr>
      </w:pPr>
      <w:r>
        <w:rPr>
          <w:b/>
        </w:rPr>
        <w:t xml:space="preserve">Email address:  </w:t>
      </w:r>
      <w:r>
        <w:t>___________________________________________________________________</w:t>
      </w:r>
    </w:p>
    <w:p w:rsidR="0048574F" w:rsidRDefault="002D419B">
      <w:pPr>
        <w:rPr>
          <w:rFonts w:hint="eastAsia"/>
        </w:rPr>
      </w:pPr>
      <w:r>
        <w:rPr>
          <w:b/>
        </w:rPr>
        <w:t xml:space="preserve">Institution / affiliation:  </w:t>
      </w:r>
      <w:r>
        <w:t>____</w:t>
      </w:r>
      <w:r>
        <w:t>_________________________________________________</w:t>
      </w:r>
    </w:p>
    <w:p w:rsidR="0048574F" w:rsidRDefault="002D419B">
      <w:pPr>
        <w:pStyle w:val="Heading2"/>
      </w:pPr>
      <w:r>
        <w:t>2. Author declaration</w:t>
      </w:r>
    </w:p>
    <w:p w:rsidR="0048574F" w:rsidRDefault="002D419B">
      <w:pPr>
        <w:rPr>
          <w:rFonts w:hint="eastAsia"/>
        </w:rPr>
      </w:pPr>
      <w:r>
        <w:t>☐</w:t>
      </w:r>
      <w:r>
        <w:t xml:space="preserve">  Originality and exclusivity: The manuscript is original, has not been published previously, and is not under consideration by another journal, except where fully disclosed to JCDMS.</w:t>
      </w:r>
    </w:p>
    <w:p w:rsidR="0048574F" w:rsidRDefault="002D419B">
      <w:pPr>
        <w:rPr>
          <w:rFonts w:hint="eastAsia"/>
        </w:rPr>
      </w:pPr>
      <w:r>
        <w:t>☐</w:t>
      </w:r>
      <w:r>
        <w:t xml:space="preserve">  Authorship and approval: All listed authors meet the applicable authorship criteria, have reviewed and approved the submitted version, and authorize the corresponding author to communicate with JCDMS.</w:t>
      </w:r>
    </w:p>
    <w:p w:rsidR="0048574F" w:rsidRDefault="002D419B">
      <w:pPr>
        <w:rPr>
          <w:rFonts w:hint="eastAsia"/>
        </w:rPr>
      </w:pPr>
      <w:r>
        <w:t>☐</w:t>
      </w:r>
      <w:r>
        <w:t xml:space="preserve">  Ethics and permissions: Applicable ethics approv</w:t>
      </w:r>
      <w:r>
        <w:t>als, informed consent (including consent for identifiable material), and permissions for third-party content have been obtained, where required.</w:t>
      </w:r>
    </w:p>
    <w:p w:rsidR="0048574F" w:rsidRDefault="002D419B">
      <w:pPr>
        <w:rPr>
          <w:rFonts w:hint="eastAsia"/>
        </w:rPr>
      </w:pPr>
      <w:r>
        <w:t>☐</w:t>
      </w:r>
      <w:r>
        <w:t xml:space="preserve">  Transparency: Funding sources, competing interests, and any relevant disclosures have been accurately </w:t>
      </w:r>
      <w:r>
        <w:t>reported in the manuscript.</w:t>
      </w:r>
    </w:p>
    <w:p w:rsidR="0048574F" w:rsidRDefault="002D419B">
      <w:pPr>
        <w:rPr>
          <w:rFonts w:hint="eastAsia"/>
        </w:rPr>
      </w:pPr>
      <w:r>
        <w:t>☐</w:t>
      </w:r>
      <w:r>
        <w:t xml:space="preserve">  Accuracy: The information supplied in this form is accurate to the best of the signatory’s knowledge.</w:t>
      </w:r>
    </w:p>
    <w:p w:rsidR="0048574F" w:rsidRDefault="002D419B">
      <w:pPr>
        <w:pStyle w:val="Heading2"/>
      </w:pPr>
      <w:r>
        <w:t>3. Copyright and open-access licence</w:t>
      </w:r>
    </w:p>
    <w:p w:rsidR="0048574F" w:rsidRDefault="002D419B">
      <w:pPr>
        <w:rPr>
          <w:rFonts w:hint="eastAsia"/>
        </w:rPr>
      </w:pPr>
      <w:r>
        <w:t>Authors retain copyright in their work. If the manuscript is accepted and published, t</w:t>
      </w:r>
      <w:r>
        <w:t>he authors grant JCDMS (published by Dr STATS Publishers) a non-exclusive right of first publication and permission to publish and disseminate the article as the original publication.</w:t>
      </w:r>
    </w:p>
    <w:p w:rsidR="0048574F" w:rsidRDefault="002D419B">
      <w:pPr>
        <w:rPr>
          <w:rFonts w:hint="eastAsia"/>
        </w:rPr>
      </w:pPr>
      <w:r>
        <w:t xml:space="preserve">The published article will be made available under the Creative Commons </w:t>
      </w:r>
      <w:r>
        <w:t>Attribution 4.0 International licence (CC BY 4.0), which permits sharing and adaptation, including commercial use, subject to appropriate attribution, a link to the licence, and indication of changes.</w:t>
      </w:r>
    </w:p>
    <w:p w:rsidR="0048574F" w:rsidRDefault="002D419B">
      <w:pPr>
        <w:rPr>
          <w:rFonts w:hint="eastAsia"/>
        </w:rPr>
      </w:pPr>
      <w:r>
        <w:t>☐</w:t>
      </w:r>
      <w:r>
        <w:t xml:space="preserve">  On behalf of all authors, I confirm agreement with t</w:t>
      </w:r>
      <w:r>
        <w:t>he above copyright and licensing terms if the manuscript is accepted for publication.</w:t>
      </w:r>
    </w:p>
    <w:p w:rsidR="0048574F" w:rsidRDefault="002D419B">
      <w:pPr>
        <w:pStyle w:val="Heading2"/>
      </w:pPr>
      <w:r>
        <w:t>4. Signature and authorization</w:t>
      </w:r>
    </w:p>
    <w:p w:rsidR="0048574F" w:rsidRDefault="002D419B">
      <w:pPr>
        <w:rPr>
          <w:rFonts w:hint="eastAsia"/>
        </w:rPr>
      </w:pPr>
      <w:r>
        <w:t>I confirm that I am authorized to submit this declaration on behalf of all listed authors.</w:t>
      </w:r>
    </w:p>
    <w:p w:rsidR="0048574F" w:rsidRDefault="002D419B">
      <w:pPr>
        <w:rPr>
          <w:rFonts w:hint="eastAsia"/>
        </w:rPr>
      </w:pPr>
      <w:r>
        <w:rPr>
          <w:b/>
        </w:rPr>
        <w:t xml:space="preserve">Corresponding author signature:  </w:t>
      </w:r>
      <w:r>
        <w:t>_______________</w:t>
      </w:r>
      <w:r>
        <w:t>_________________________________________</w:t>
      </w:r>
    </w:p>
    <w:p w:rsidR="0048574F" w:rsidRDefault="002D419B">
      <w:pPr>
        <w:rPr>
          <w:rFonts w:hint="eastAsia"/>
        </w:rPr>
      </w:pPr>
      <w:r>
        <w:rPr>
          <w:b/>
        </w:rPr>
        <w:t xml:space="preserve">Printed name:  </w:t>
      </w:r>
      <w:r>
        <w:t>________________________________________________________</w:t>
      </w:r>
    </w:p>
    <w:p w:rsidR="0048574F" w:rsidRDefault="002D419B">
      <w:pPr>
        <w:rPr>
          <w:rFonts w:hint="eastAsia"/>
        </w:rPr>
      </w:pPr>
      <w:r>
        <w:rPr>
          <w:b/>
        </w:rPr>
        <w:t xml:space="preserve">Date (DD/MM/YYYY):  </w:t>
      </w:r>
      <w:r>
        <w:t>________________________________________________________</w:t>
      </w:r>
    </w:p>
    <w:p w:rsidR="0048574F" w:rsidRDefault="002D419B">
      <w:pPr>
        <w:rPr>
          <w:rFonts w:hint="eastAsia"/>
        </w:rPr>
      </w:pPr>
      <w:r>
        <w:rPr>
          <w:b/>
        </w:rPr>
        <w:t xml:space="preserve">Place:  </w:t>
      </w:r>
      <w:r>
        <w:t>________________________________________________________</w:t>
      </w:r>
    </w:p>
    <w:p w:rsidR="0048574F" w:rsidRDefault="002D419B">
      <w:pPr>
        <w:rPr>
          <w:rFonts w:hint="eastAsia"/>
        </w:rPr>
      </w:pPr>
      <w:r>
        <w:rPr>
          <w:i/>
          <w:sz w:val="16"/>
        </w:rPr>
        <w:t>Important: Submission of this form does not imply acceptance. Editorial assessment and peer review remain applicable.</w:t>
      </w:r>
    </w:p>
    <w:sectPr w:rsidR="0048574F" w:rsidSect="00034616">
      <w:footerReference w:type="default" r:id="rId9"/>
      <w:pgSz w:w="12240" w:h="15840"/>
      <w:pgMar w:top="691" w:right="1123" w:bottom="691" w:left="1123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419B" w:rsidRDefault="002D419B" w:rsidP="0048574F">
      <w:pPr>
        <w:spacing w:after="0" w:line="240" w:lineRule="auto"/>
      </w:pPr>
      <w:r>
        <w:separator/>
      </w:r>
    </w:p>
  </w:endnote>
  <w:endnote w:type="continuationSeparator" w:id="0">
    <w:p w:rsidR="002D419B" w:rsidRDefault="002D419B" w:rsidP="004857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pto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74F" w:rsidRDefault="002D419B">
    <w:pPr>
      <w:pStyle w:val="Footer"/>
      <w:jc w:val="center"/>
      <w:rPr>
        <w:rFonts w:hint="eastAsia"/>
      </w:rPr>
    </w:pPr>
    <w:r>
      <w:rPr>
        <w:sz w:val="16"/>
      </w:rPr>
      <w:t>JCDMS  |  Copyright &amp; Author Declaration  |  jcdms.com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419B" w:rsidRDefault="002D419B" w:rsidP="0048574F">
      <w:pPr>
        <w:spacing w:after="0" w:line="240" w:lineRule="auto"/>
      </w:pPr>
      <w:r>
        <w:separator/>
      </w:r>
    </w:p>
  </w:footnote>
  <w:footnote w:type="continuationSeparator" w:id="0">
    <w:p w:rsidR="002D419B" w:rsidRDefault="002D419B" w:rsidP="004857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34616"/>
    <w:rsid w:val="0006063C"/>
    <w:rsid w:val="0015074B"/>
    <w:rsid w:val="0029639D"/>
    <w:rsid w:val="002D419B"/>
    <w:rsid w:val="00326F90"/>
    <w:rsid w:val="0048574F"/>
    <w:rsid w:val="00AA1D8D"/>
    <w:rsid w:val="00B47730"/>
    <w:rsid w:val="00CB0664"/>
    <w:rsid w:val="00D07692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color w:val="3C414B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/>
      <w:b/>
      <w:bCs/>
      <w:color w:val="0B2E6B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before="120" w:after="60" w:line="240" w:lineRule="auto"/>
      <w:contextualSpacing/>
    </w:pPr>
    <w:rPr>
      <w:rFonts w:asciiTheme="majorHAnsi" w:eastAsiaTheme="majorEastAsia" w:hAnsiTheme="majorHAnsi" w:cstheme="majorBidi"/>
      <w:b/>
      <w:color w:val="0B2E6B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D076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7692"/>
    <w:rPr>
      <w:rFonts w:ascii="Tahoma" w:hAnsi="Tahoma" w:cs="Tahoma"/>
      <w:color w:val="3C414B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E2A07CC-4823-448D-925E-6BEE1D7C6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2918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Ramesh</cp:lastModifiedBy>
  <cp:revision>2</cp:revision>
  <dcterms:created xsi:type="dcterms:W3CDTF">2013-12-23T23:15:00Z</dcterms:created>
  <dcterms:modified xsi:type="dcterms:W3CDTF">2026-10-21T18:30:00Z</dcterms:modified>
  <cp:category/>
</cp:coreProperties>
</file>